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F3DA" w14:textId="5839B3E7" w:rsidR="00BD44F8" w:rsidRDefault="00000000" w:rsidP="00746C8F">
      <w:pPr>
        <w:pStyle w:val="Heading1"/>
      </w:pPr>
      <w:r>
        <w:t>Good Shepherd Knights of Columbus</w:t>
      </w:r>
      <w:r>
        <w:br/>
        <w:t>Council #14673</w:t>
      </w:r>
      <w:r>
        <w:br/>
        <w:t>April 9, 2026</w:t>
      </w:r>
    </w:p>
    <w:p w14:paraId="56B2D553" w14:textId="77777777" w:rsidR="00BD44F8" w:rsidRDefault="00000000">
      <w:pPr>
        <w:pStyle w:val="Heading2"/>
      </w:pPr>
      <w:r>
        <w:t>Approval of Previous Minutes</w:t>
      </w:r>
    </w:p>
    <w:p w14:paraId="25AEB6FB" w14:textId="4951F285" w:rsidR="00BD44F8" w:rsidRDefault="00000000">
      <w:r>
        <w:t xml:space="preserve">Minutes from the </w:t>
      </w:r>
      <w:r w:rsidR="00F46F7C">
        <w:t>March 5th</w:t>
      </w:r>
      <w:r>
        <w:t xml:space="preserve"> </w:t>
      </w:r>
      <w:r w:rsidR="00F46F7C">
        <w:t xml:space="preserve">meeting </w:t>
      </w:r>
      <w:r>
        <w:t>were approved</w:t>
      </w:r>
      <w:r w:rsidR="00F46F7C">
        <w:t>.</w:t>
      </w:r>
    </w:p>
    <w:p w14:paraId="3AAE8F41" w14:textId="77777777" w:rsidR="00BD44F8" w:rsidRDefault="00000000">
      <w:pPr>
        <w:pStyle w:val="Heading2"/>
      </w:pPr>
      <w:r>
        <w:t>Grand Knight’s Report</w:t>
      </w:r>
    </w:p>
    <w:p w14:paraId="55BA82CF" w14:textId="7D21030C" w:rsidR="00BD44F8" w:rsidRDefault="00000000">
      <w:r>
        <w:t>The Grand Knight expressed appreciation to members for their involvement and support:</w:t>
      </w:r>
      <w:r>
        <w:br/>
        <w:t>- Participation in the Habitat for Humanity build on March 21</w:t>
      </w:r>
      <w:r w:rsidR="00F46F7C" w:rsidRPr="00F46F7C">
        <w:rPr>
          <w:vertAlign w:val="superscript"/>
        </w:rPr>
        <w:t>st</w:t>
      </w:r>
      <w:r w:rsidR="00F46F7C">
        <w:t xml:space="preserve"> </w:t>
      </w:r>
      <w:r>
        <w:br/>
        <w:t>- Knights who assisted with Stations of the Cross</w:t>
      </w:r>
      <w:r>
        <w:br/>
        <w:t>- Support of the second Bingo night in March</w:t>
      </w:r>
      <w:r>
        <w:br/>
        <w:t>- Help with the St. Patrick’s Dance and Half Pot</w:t>
      </w:r>
    </w:p>
    <w:p w14:paraId="6F392300" w14:textId="77777777" w:rsidR="00BD44F8" w:rsidRDefault="00000000">
      <w:pPr>
        <w:pStyle w:val="Heading2"/>
      </w:pPr>
      <w:r>
        <w:t>Upcoming Events</w:t>
      </w:r>
    </w:p>
    <w:p w14:paraId="7E00B51A" w14:textId="4E0643A0" w:rsidR="00BD44F8" w:rsidRDefault="00000000">
      <w:r>
        <w:t xml:space="preserve">- Summer Social Garage Unpacking: Volunteers are needed to unpack the Summer Social </w:t>
      </w:r>
      <w:proofErr w:type="gramStart"/>
      <w:r>
        <w:t>garage</w:t>
      </w:r>
      <w:proofErr w:type="gramEnd"/>
      <w:r>
        <w:t xml:space="preserve"> after the April 11</w:t>
      </w:r>
      <w:r w:rsidR="00F46F7C" w:rsidRPr="00F46F7C">
        <w:rPr>
          <w:vertAlign w:val="superscript"/>
        </w:rPr>
        <w:t>th</w:t>
      </w:r>
      <w:r w:rsidR="00F46F7C">
        <w:t xml:space="preserve"> </w:t>
      </w:r>
      <w:r>
        <w:t>rosary at 6:00 AM.</w:t>
      </w:r>
      <w:r>
        <w:br/>
        <w:t>- Deacon Ordination (April 18</w:t>
      </w:r>
      <w:r w:rsidR="00F46F7C" w:rsidRPr="00F46F7C">
        <w:rPr>
          <w:vertAlign w:val="superscript"/>
        </w:rPr>
        <w:t>th</w:t>
      </w:r>
      <w:r>
        <w:t>)</w:t>
      </w:r>
      <w:r w:rsidR="00F46F7C">
        <w:t xml:space="preserve"> at Good Shepherd</w:t>
      </w:r>
      <w:r>
        <w:t xml:space="preserve">: Mass at 10:00 AM. Greeters and ushers needed. </w:t>
      </w:r>
      <w:r w:rsidR="00F46F7C">
        <w:t xml:space="preserve">Volunteers needed </w:t>
      </w:r>
      <w:proofErr w:type="gramStart"/>
      <w:r w:rsidR="00F46F7C">
        <w:t>for</w:t>
      </w:r>
      <w:proofErr w:type="gramEnd"/>
      <w:r w:rsidR="00F46F7C">
        <w:t xml:space="preserve"> d</w:t>
      </w:r>
      <w:r>
        <w:t>inner setup around 12:00 PM</w:t>
      </w:r>
      <w:r w:rsidR="00F46F7C">
        <w:t>.  Volunteers also needed for the dinner following</w:t>
      </w:r>
      <w:r>
        <w:t xml:space="preserve"> 4:30 PM Mass.</w:t>
      </w:r>
      <w:r>
        <w:br/>
        <w:t>- Wisdom Day (St. John Daylight): Table setup on April 19</w:t>
      </w:r>
      <w:r w:rsidR="00F46F7C" w:rsidRPr="00F46F7C">
        <w:rPr>
          <w:vertAlign w:val="superscript"/>
        </w:rPr>
        <w:t>th</w:t>
      </w:r>
      <w:r w:rsidR="00F46F7C">
        <w:t xml:space="preserve"> </w:t>
      </w:r>
      <w:r>
        <w:t>at 3:00 PM.</w:t>
      </w:r>
      <w:r>
        <w:br/>
        <w:t>- ARISE Holy Hour and Adoration: April 19</w:t>
      </w:r>
      <w:r w:rsidR="00F46F7C" w:rsidRPr="00F46F7C">
        <w:rPr>
          <w:vertAlign w:val="superscript"/>
        </w:rPr>
        <w:t>th</w:t>
      </w:r>
      <w:r>
        <w:t>.</w:t>
      </w:r>
      <w:r>
        <w:br/>
        <w:t>- State Convention (Fort Wayne): April 17–19, John and Ken attending.</w:t>
      </w:r>
    </w:p>
    <w:p w14:paraId="7C309B41" w14:textId="77777777" w:rsidR="00BD44F8" w:rsidRDefault="00000000">
      <w:pPr>
        <w:pStyle w:val="Heading2"/>
      </w:pPr>
      <w:r>
        <w:t>Financial Report</w:t>
      </w:r>
    </w:p>
    <w:p w14:paraId="6FC113B5" w14:textId="77777777" w:rsidR="00BD44F8" w:rsidRDefault="00000000">
      <w:r>
        <w:t>Beginning Balance: $37,220.67</w:t>
      </w:r>
      <w:r>
        <w:br/>
        <w:t>Income: $9,283.43</w:t>
      </w:r>
      <w:r>
        <w:br/>
        <w:t>Expenses: $9,957.91</w:t>
      </w:r>
      <w:r>
        <w:br/>
        <w:t>Ending Balance: $36,546.19</w:t>
      </w:r>
    </w:p>
    <w:p w14:paraId="5D1DF3C6" w14:textId="77777777" w:rsidR="00BD44F8" w:rsidRDefault="00000000">
      <w:pPr>
        <w:pStyle w:val="Heading2"/>
      </w:pPr>
      <w:r>
        <w:t>Membership Report</w:t>
      </w:r>
    </w:p>
    <w:p w14:paraId="611DD7DB" w14:textId="77777777" w:rsidR="00BD44F8" w:rsidRDefault="00000000">
      <w:r>
        <w:t>One new candidate is in process. Exemplification was postponed and will be rescheduled.</w:t>
      </w:r>
    </w:p>
    <w:p w14:paraId="50EEE019" w14:textId="77777777" w:rsidR="00BD44F8" w:rsidRDefault="00000000">
      <w:pPr>
        <w:pStyle w:val="Heading2"/>
      </w:pPr>
      <w:r>
        <w:t>Cursillo Report</w:t>
      </w:r>
    </w:p>
    <w:p w14:paraId="7717FC5D" w14:textId="77777777" w:rsidR="00BD44F8" w:rsidRDefault="00000000">
      <w:r>
        <w:t>No Good Shepherd candidates for the February Men’s Cursillo. Beth Keck attended the Women’s weekend in March. Upcoming weekends: Men’s (Sept 10–13, 2026), Women’s (Oct 15–18, 2026).</w:t>
      </w:r>
    </w:p>
    <w:p w14:paraId="6E398174" w14:textId="77777777" w:rsidR="00BD44F8" w:rsidRDefault="00000000">
      <w:pPr>
        <w:pStyle w:val="Heading2"/>
      </w:pPr>
      <w:r>
        <w:t>Old Business</w:t>
      </w:r>
    </w:p>
    <w:p w14:paraId="2F284124" w14:textId="7CB3381B" w:rsidR="00BD44F8" w:rsidRDefault="00000000">
      <w:r>
        <w:t xml:space="preserve">- Sam Tenbarge Living </w:t>
      </w:r>
      <w:r w:rsidR="00B57C94">
        <w:t xml:space="preserve">Your </w:t>
      </w:r>
      <w:r>
        <w:t>Faith Out Loud Scholarship: $1,000 annual contribution from Knights and Columbiettes each; two scholarships awarded. Motion approved.</w:t>
      </w:r>
      <w:r>
        <w:br/>
      </w:r>
      <w:r>
        <w:lastRenderedPageBreak/>
        <w:t>- Gibault Funding: $1,000 approved.</w:t>
      </w:r>
      <w:r>
        <w:br/>
        <w:t>- Marian Educational Outreach: $5,000 approved.</w:t>
      </w:r>
      <w:r>
        <w:br/>
        <w:t>- St. Rose of Lima power grid issue: $2,500 approved.</w:t>
      </w:r>
    </w:p>
    <w:p w14:paraId="3657E19D" w14:textId="77777777" w:rsidR="00BD44F8" w:rsidRDefault="00000000">
      <w:pPr>
        <w:pStyle w:val="Heading2"/>
      </w:pPr>
      <w:r>
        <w:t>New Business</w:t>
      </w:r>
    </w:p>
    <w:p w14:paraId="60429077" w14:textId="77777777" w:rsidR="004B5721" w:rsidRDefault="00000000">
      <w:r>
        <w:t xml:space="preserve">- </w:t>
      </w:r>
      <w:r w:rsidR="004B5721">
        <w:t xml:space="preserve">Officer Position: </w:t>
      </w:r>
      <w:r>
        <w:t xml:space="preserve">Chancellor </w:t>
      </w:r>
      <w:r w:rsidR="004B5721">
        <w:t xml:space="preserve">position needs to be filled for the upcoming year.  </w:t>
      </w:r>
    </w:p>
    <w:p w14:paraId="64770E36" w14:textId="0D42B443" w:rsidR="00BD44F8" w:rsidRDefault="00000000">
      <w:r>
        <w:t>- Good Shepherd Archery Tournament title sponsorship: $1,000 commitment. First vote approved; second vote in May.</w:t>
      </w:r>
      <w:r>
        <w:br/>
        <w:t>- Collaboration with Columbiettes for golf scramble benefiting retired police and firefighters on August 7, 2026. Volunteers and possible food donation pending confirmation.</w:t>
      </w:r>
      <w:r w:rsidR="004B5721">
        <w:t xml:space="preserve">  Fr. Zach to confirm if our support will be needed.  </w:t>
      </w:r>
    </w:p>
    <w:p w14:paraId="46692713" w14:textId="77777777" w:rsidR="00BD44F8" w:rsidRDefault="00000000">
      <w:pPr>
        <w:pStyle w:val="Heading2"/>
      </w:pPr>
      <w:r>
        <w:t>Family of the Month</w:t>
      </w:r>
    </w:p>
    <w:p w14:paraId="4B0CEE9A" w14:textId="77777777" w:rsidR="00BD44F8" w:rsidRDefault="00000000">
      <w:r>
        <w:t>Chris Van Orsdoll</w:t>
      </w:r>
    </w:p>
    <w:p w14:paraId="4A2A5699" w14:textId="77777777" w:rsidR="00BD44F8" w:rsidRDefault="00000000">
      <w:pPr>
        <w:pStyle w:val="Heading2"/>
      </w:pPr>
      <w:r>
        <w:t>Lecturer’s Reflection</w:t>
      </w:r>
    </w:p>
    <w:p w14:paraId="5548FE74" w14:textId="03A11C85" w:rsidR="00BD44F8" w:rsidRDefault="00000000">
      <w:r>
        <w:t>Reflection focused on Divine Mercy Sunday, and the contrast between despair and hope as shown by Judas and Peter. Emphasis was placed on reconciliation, hope, and confession.</w:t>
      </w:r>
      <w:r w:rsidR="00B57C94">
        <w:t xml:space="preserve">  Don’t be a Judas</w:t>
      </w:r>
      <w:proofErr w:type="gramStart"/>
      <w:r w:rsidR="00B57C94">
        <w:t>….go</w:t>
      </w:r>
      <w:proofErr w:type="gramEnd"/>
      <w:r w:rsidR="00B57C94">
        <w:t xml:space="preserve"> to confession.</w:t>
      </w:r>
    </w:p>
    <w:p w14:paraId="6C567DEE" w14:textId="77777777" w:rsidR="00BD44F8" w:rsidRDefault="00000000">
      <w:pPr>
        <w:pStyle w:val="Heading2"/>
      </w:pPr>
      <w:r>
        <w:t>Next Meeting</w:t>
      </w:r>
    </w:p>
    <w:p w14:paraId="4DB00997" w14:textId="77777777" w:rsidR="002907BC" w:rsidRDefault="00000000" w:rsidP="002907BC">
      <w:pPr>
        <w:pStyle w:val="ListParagraph"/>
        <w:numPr>
          <w:ilvl w:val="0"/>
          <w:numId w:val="10"/>
        </w:numPr>
      </w:pPr>
      <w:r>
        <w:t>May 7, 2026.</w:t>
      </w:r>
    </w:p>
    <w:p w14:paraId="673F6A21" w14:textId="06D75938" w:rsidR="002907BC" w:rsidRDefault="00000000" w:rsidP="002907BC">
      <w:pPr>
        <w:pStyle w:val="ListParagraph"/>
        <w:numPr>
          <w:ilvl w:val="0"/>
          <w:numId w:val="10"/>
        </w:numPr>
      </w:pPr>
      <w:r>
        <w:t xml:space="preserve">Second vote </w:t>
      </w:r>
      <w:proofErr w:type="gramStart"/>
      <w:r>
        <w:t>needed</w:t>
      </w:r>
      <w:proofErr w:type="gramEnd"/>
      <w:r>
        <w:t xml:space="preserve"> for Archery Tournament sponsorship. </w:t>
      </w:r>
    </w:p>
    <w:p w14:paraId="4D2A12D7" w14:textId="756CBA99" w:rsidR="00BD44F8" w:rsidRDefault="00000000" w:rsidP="002907BC">
      <w:pPr>
        <w:pStyle w:val="ListParagraph"/>
        <w:numPr>
          <w:ilvl w:val="0"/>
          <w:numId w:val="10"/>
        </w:numPr>
      </w:pPr>
      <w:r>
        <w:t>Food Chair position open.</w:t>
      </w:r>
    </w:p>
    <w:sectPr w:rsidR="00BD44F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A4535D4"/>
    <w:multiLevelType w:val="hybridMultilevel"/>
    <w:tmpl w:val="64F22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236511">
    <w:abstractNumId w:val="8"/>
  </w:num>
  <w:num w:numId="2" w16cid:durableId="261963329">
    <w:abstractNumId w:val="6"/>
  </w:num>
  <w:num w:numId="3" w16cid:durableId="556087180">
    <w:abstractNumId w:val="5"/>
  </w:num>
  <w:num w:numId="4" w16cid:durableId="1868637223">
    <w:abstractNumId w:val="4"/>
  </w:num>
  <w:num w:numId="5" w16cid:durableId="1181049723">
    <w:abstractNumId w:val="7"/>
  </w:num>
  <w:num w:numId="6" w16cid:durableId="955674749">
    <w:abstractNumId w:val="3"/>
  </w:num>
  <w:num w:numId="7" w16cid:durableId="602341517">
    <w:abstractNumId w:val="2"/>
  </w:num>
  <w:num w:numId="8" w16cid:durableId="630206824">
    <w:abstractNumId w:val="1"/>
  </w:num>
  <w:num w:numId="9" w16cid:durableId="365258396">
    <w:abstractNumId w:val="0"/>
  </w:num>
  <w:num w:numId="10" w16cid:durableId="11223822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07BC"/>
    <w:rsid w:val="0029639D"/>
    <w:rsid w:val="00326F90"/>
    <w:rsid w:val="004B5721"/>
    <w:rsid w:val="00746C8F"/>
    <w:rsid w:val="00AA1D8D"/>
    <w:rsid w:val="00B47730"/>
    <w:rsid w:val="00B57C94"/>
    <w:rsid w:val="00BD44F8"/>
    <w:rsid w:val="00CB0664"/>
    <w:rsid w:val="00F46F7C"/>
    <w:rsid w:val="00F71A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EE816D"/>
  <w14:defaultImageDpi w14:val="300"/>
  <w15:docId w15:val="{92476917-DFCE-4101-A70E-50F1AF31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Eric Henderson</cp:lastModifiedBy>
  <cp:revision>2</cp:revision>
  <dcterms:created xsi:type="dcterms:W3CDTF">2026-04-10T09:51:00Z</dcterms:created>
  <dcterms:modified xsi:type="dcterms:W3CDTF">2026-04-10T09:51:00Z</dcterms:modified>
  <cp:category/>
</cp:coreProperties>
</file>