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98B81" w14:textId="77777777" w:rsidR="002B377D" w:rsidRDefault="00000000">
      <w:pPr>
        <w:pStyle w:val="Heading1"/>
        <w:jc w:val="center"/>
      </w:pPr>
      <w:r>
        <w:t>Knights of Columbus Meeting Minutes</w:t>
      </w:r>
    </w:p>
    <w:p w14:paraId="03C98FE3" w14:textId="77777777" w:rsidR="002B377D" w:rsidRDefault="00000000">
      <w:r>
        <w:rPr>
          <w:b/>
        </w:rPr>
        <w:t xml:space="preserve">Date: </w:t>
      </w:r>
      <w:r>
        <w:t>May 7, 2026</w:t>
      </w:r>
    </w:p>
    <w:p w14:paraId="66A19788" w14:textId="0854C65D" w:rsidR="002B377D" w:rsidRPr="006E7073" w:rsidRDefault="00F940E3">
      <w:pPr>
        <w:rPr>
          <w:bCs/>
        </w:rPr>
      </w:pPr>
      <w:r w:rsidRPr="006E7073">
        <w:rPr>
          <w:bCs/>
        </w:rPr>
        <w:t>April</w:t>
      </w:r>
      <w:r w:rsidR="006E7073">
        <w:rPr>
          <w:bCs/>
        </w:rPr>
        <w:t>’s</w:t>
      </w:r>
      <w:r w:rsidRPr="006E7073">
        <w:rPr>
          <w:bCs/>
        </w:rPr>
        <w:t xml:space="preserve"> meeting </w:t>
      </w:r>
      <w:r w:rsidR="00000000" w:rsidRPr="006E7073">
        <w:rPr>
          <w:bCs/>
        </w:rPr>
        <w:t xml:space="preserve">Minutes </w:t>
      </w:r>
      <w:r w:rsidRPr="006E7073">
        <w:rPr>
          <w:bCs/>
        </w:rPr>
        <w:t>were a</w:t>
      </w:r>
      <w:r w:rsidR="00000000" w:rsidRPr="006E7073">
        <w:rPr>
          <w:bCs/>
        </w:rPr>
        <w:t>pproved</w:t>
      </w:r>
      <w:r w:rsidRPr="006E7073">
        <w:rPr>
          <w:bCs/>
        </w:rPr>
        <w:t>.</w:t>
      </w:r>
    </w:p>
    <w:p w14:paraId="603F32B7" w14:textId="77777777" w:rsidR="002B377D" w:rsidRDefault="00000000">
      <w:pPr>
        <w:pStyle w:val="Heading2"/>
      </w:pPr>
      <w:r>
        <w:t>Chaplain’s Message</w:t>
      </w:r>
    </w:p>
    <w:p w14:paraId="73898F69" w14:textId="77777777" w:rsidR="002B377D" w:rsidRDefault="00000000">
      <w:pPr>
        <w:pStyle w:val="ListBullet"/>
      </w:pPr>
      <w:r>
        <w:t>Month of Mary. “Allow Jesus in” and continue cultivating faith.</w:t>
      </w:r>
    </w:p>
    <w:p w14:paraId="7F4FB5CA" w14:textId="77777777" w:rsidR="002B377D" w:rsidRDefault="00000000">
      <w:pPr>
        <w:pStyle w:val="Heading2"/>
      </w:pPr>
      <w:r>
        <w:t>Grand Knight Report</w:t>
      </w:r>
    </w:p>
    <w:p w14:paraId="2FFDEFF5" w14:textId="77777777" w:rsidR="002B377D" w:rsidRDefault="00000000">
      <w:pPr>
        <w:pStyle w:val="ListBullet"/>
      </w:pPr>
      <w:r>
        <w:t>Thank you to bingo helpers and pull-tab volunteers.</w:t>
      </w:r>
    </w:p>
    <w:p w14:paraId="3BEB614C" w14:textId="67183846" w:rsidR="002B377D" w:rsidRDefault="00000000">
      <w:pPr>
        <w:pStyle w:val="ListBullet"/>
      </w:pPr>
      <w:r>
        <w:t xml:space="preserve">Rosaries </w:t>
      </w:r>
      <w:r w:rsidR="00F940E3">
        <w:t xml:space="preserve">were </w:t>
      </w:r>
      <w:r>
        <w:t>distributed for 2nd graders and those who joined the Church at the Easter Vigil.</w:t>
      </w:r>
    </w:p>
    <w:p w14:paraId="50006B89" w14:textId="77777777" w:rsidR="002B377D" w:rsidRDefault="00000000">
      <w:pPr>
        <w:pStyle w:val="ListBullet"/>
      </w:pPr>
      <w:r>
        <w:t>Over the Edge donation of $250 approved using GK authority in support of Jason Harding’s team.</w:t>
      </w:r>
    </w:p>
    <w:p w14:paraId="3B2A5930" w14:textId="77777777" w:rsidR="002B377D" w:rsidRDefault="00000000">
      <w:pPr>
        <w:pStyle w:val="ListBullet"/>
      </w:pPr>
      <w:r>
        <w:t>Marion Education Outreach presentation of $5,000 completed; check presented and photo taken.</w:t>
      </w:r>
    </w:p>
    <w:p w14:paraId="62AC47EC" w14:textId="77777777" w:rsidR="002B377D" w:rsidRDefault="00000000">
      <w:pPr>
        <w:pStyle w:val="Heading2"/>
      </w:pPr>
      <w:r>
        <w:t>Other Reports</w:t>
      </w:r>
    </w:p>
    <w:p w14:paraId="5336A225" w14:textId="0FE904B7" w:rsidR="00F940E3" w:rsidRDefault="00000000">
      <w:pPr>
        <w:pStyle w:val="ListBullet"/>
      </w:pPr>
      <w:r>
        <w:t xml:space="preserve">Treasurer/Financial Secretary presented new budget. </w:t>
      </w:r>
      <w:r w:rsidR="00F940E3">
        <w:t xml:space="preserve">There were some slight edits – Bingo revenue reduced to $24,000 and non-budgeted item expense reduced to $1,530.  Budget passed the first vote with these edits.  </w:t>
      </w:r>
    </w:p>
    <w:p w14:paraId="06501F80" w14:textId="0A57253E" w:rsidR="002B377D" w:rsidRDefault="00000000">
      <w:pPr>
        <w:pStyle w:val="ListBullet"/>
      </w:pPr>
      <w:r>
        <w:t xml:space="preserve">Approximately $32,000 in </w:t>
      </w:r>
      <w:proofErr w:type="gramStart"/>
      <w:r>
        <w:t>account</w:t>
      </w:r>
      <w:proofErr w:type="gramEnd"/>
      <w:r>
        <w:t xml:space="preserve"> at end of April.</w:t>
      </w:r>
      <w:r w:rsidR="00F940E3">
        <w:t xml:space="preserve">  </w:t>
      </w:r>
      <w:proofErr w:type="gramStart"/>
      <w:r w:rsidR="00F940E3">
        <w:t>Detail</w:t>
      </w:r>
      <w:proofErr w:type="gramEnd"/>
      <w:r w:rsidR="00F940E3">
        <w:t xml:space="preserve"> and exact </w:t>
      </w:r>
      <w:proofErr w:type="gramStart"/>
      <w:r w:rsidR="00F940E3">
        <w:t>amount</w:t>
      </w:r>
      <w:proofErr w:type="gramEnd"/>
      <w:r w:rsidR="00F940E3">
        <w:t xml:space="preserve"> were in the Financial Secretary’s report.</w:t>
      </w:r>
    </w:p>
    <w:p w14:paraId="4AD52127" w14:textId="77777777" w:rsidR="002B377D" w:rsidRDefault="00000000">
      <w:pPr>
        <w:pStyle w:val="ListBullet"/>
      </w:pPr>
      <w:r>
        <w:t>Membership: New member introduction – Jacob Chandler.</w:t>
      </w:r>
    </w:p>
    <w:p w14:paraId="73FA0EBC" w14:textId="56CB2BDE" w:rsidR="002B377D" w:rsidRDefault="00000000">
      <w:pPr>
        <w:pStyle w:val="ListBullet"/>
      </w:pPr>
      <w:r>
        <w:t>Cursillo Men’s Weekend scheduled for 9/10–9/13.</w:t>
      </w:r>
      <w:r w:rsidR="00F940E3">
        <w:t xml:space="preserve"> </w:t>
      </w:r>
      <w:proofErr w:type="spellStart"/>
      <w:r>
        <w:t>Ult</w:t>
      </w:r>
      <w:r w:rsidR="00F940E3">
        <w:t>r</w:t>
      </w:r>
      <w:r>
        <w:t>ea</w:t>
      </w:r>
      <w:proofErr w:type="spellEnd"/>
      <w:r>
        <w:t xml:space="preserve"> speaker Brian Heathcoat scheduled for 5/19.</w:t>
      </w:r>
    </w:p>
    <w:p w14:paraId="3472ECCC" w14:textId="77777777" w:rsidR="002B377D" w:rsidRDefault="00000000">
      <w:pPr>
        <w:pStyle w:val="ListBullet"/>
      </w:pPr>
      <w:proofErr w:type="spellStart"/>
      <w:r>
        <w:t>Columbiettes</w:t>
      </w:r>
      <w:proofErr w:type="spellEnd"/>
      <w:r>
        <w:t xml:space="preserve"> update: July 11 trivia night in Parish Hall.</w:t>
      </w:r>
    </w:p>
    <w:p w14:paraId="6743E7C6" w14:textId="77777777" w:rsidR="002B377D" w:rsidRDefault="00000000">
      <w:pPr>
        <w:pStyle w:val="Heading2"/>
      </w:pPr>
      <w:r>
        <w:t>Old Business</w:t>
      </w:r>
    </w:p>
    <w:p w14:paraId="331F8B25" w14:textId="506B6614" w:rsidR="002B377D" w:rsidRDefault="00000000">
      <w:pPr>
        <w:pStyle w:val="ListBullet"/>
      </w:pPr>
      <w:r>
        <w:t xml:space="preserve">Good Shepherd Archery Tournament – $1,000 second vote </w:t>
      </w:r>
      <w:r w:rsidR="00F940E3">
        <w:t>passed.</w:t>
      </w:r>
    </w:p>
    <w:p w14:paraId="4C922210" w14:textId="77777777" w:rsidR="002B377D" w:rsidRDefault="00000000">
      <w:pPr>
        <w:pStyle w:val="ListBullet"/>
      </w:pPr>
      <w:r>
        <w:t>Chancellor position still needs to be filled.</w:t>
      </w:r>
    </w:p>
    <w:p w14:paraId="1D319ED3" w14:textId="77777777" w:rsidR="002B377D" w:rsidRDefault="00000000">
      <w:pPr>
        <w:pStyle w:val="ListBullet"/>
      </w:pPr>
      <w:r>
        <w:t>Yearly budget received first approval.</w:t>
      </w:r>
    </w:p>
    <w:p w14:paraId="13A6C46B" w14:textId="77777777" w:rsidR="002B377D" w:rsidRDefault="00000000">
      <w:pPr>
        <w:pStyle w:val="Heading2"/>
      </w:pPr>
      <w:r>
        <w:t>New Business</w:t>
      </w:r>
    </w:p>
    <w:p w14:paraId="7FCA0672" w14:textId="77777777" w:rsidR="002B377D" w:rsidRDefault="00000000">
      <w:pPr>
        <w:pStyle w:val="ListBullet"/>
      </w:pPr>
      <w:r>
        <w:t>Judy VanHoosier – $1,000 included in budget.</w:t>
      </w:r>
    </w:p>
    <w:p w14:paraId="046651DB" w14:textId="77777777" w:rsidR="002B377D" w:rsidRDefault="00000000">
      <w:pPr>
        <w:pStyle w:val="ListBullet"/>
      </w:pPr>
      <w:r>
        <w:t>Easter Seals telethon donation of $500 approved.</w:t>
      </w:r>
    </w:p>
    <w:p w14:paraId="645EFD92" w14:textId="01F0FC67" w:rsidR="002B377D" w:rsidRDefault="00000000">
      <w:pPr>
        <w:pStyle w:val="ListBullet"/>
      </w:pPr>
      <w:r>
        <w:t xml:space="preserve">Summer Social Silent Auction </w:t>
      </w:r>
      <w:r w:rsidR="00F940E3">
        <w:t xml:space="preserve">donation </w:t>
      </w:r>
      <w:r w:rsidR="001D3E8E">
        <w:t>of</w:t>
      </w:r>
      <w:r>
        <w:t xml:space="preserve"> $300 approved.</w:t>
      </w:r>
    </w:p>
    <w:p w14:paraId="2B32C107" w14:textId="16531DF9" w:rsidR="002B377D" w:rsidRDefault="00000000">
      <w:pPr>
        <w:pStyle w:val="ListBullet"/>
      </w:pPr>
      <w:r>
        <w:t>Grante</w:t>
      </w:r>
      <w:r w:rsidR="00F940E3">
        <w:t>d</w:t>
      </w:r>
      <w:r>
        <w:t xml:space="preserve"> </w:t>
      </w:r>
      <w:r w:rsidR="00F940E3">
        <w:t>B</w:t>
      </w:r>
      <w:r>
        <w:t xml:space="preserve">ench </w:t>
      </w:r>
      <w:r w:rsidR="00F940E3">
        <w:t xml:space="preserve">Sponsorship </w:t>
      </w:r>
      <w:r>
        <w:t>– $3,000 expense was committed in prior year and bench has been installed.</w:t>
      </w:r>
      <w:r w:rsidR="00F940E3">
        <w:t xml:space="preserve">  This commitment was not carried into this </w:t>
      </w:r>
      <w:proofErr w:type="spellStart"/>
      <w:proofErr w:type="gramStart"/>
      <w:r w:rsidR="00F940E3">
        <w:t>years</w:t>
      </w:r>
      <w:proofErr w:type="spellEnd"/>
      <w:proofErr w:type="gramEnd"/>
      <w:r w:rsidR="00F940E3">
        <w:t xml:space="preserve"> budget so we must </w:t>
      </w:r>
      <w:proofErr w:type="gramStart"/>
      <w:r w:rsidR="00F940E3">
        <w:t>vote</w:t>
      </w:r>
      <w:proofErr w:type="gramEnd"/>
      <w:r w:rsidR="00F940E3">
        <w:t xml:space="preserve"> it. </w:t>
      </w:r>
      <w:r>
        <w:t xml:space="preserve"> </w:t>
      </w:r>
      <w:r w:rsidR="001D3E8E">
        <w:t>The first vote was approved.  2</w:t>
      </w:r>
      <w:r w:rsidR="001D3E8E" w:rsidRPr="001D3E8E">
        <w:rPr>
          <w:vertAlign w:val="superscript"/>
        </w:rPr>
        <w:t>nd</w:t>
      </w:r>
      <w:r w:rsidR="001D3E8E">
        <w:t xml:space="preserve"> vote </w:t>
      </w:r>
      <w:proofErr w:type="gramStart"/>
      <w:r w:rsidR="001D3E8E">
        <w:t>needed</w:t>
      </w:r>
      <w:proofErr w:type="gramEnd"/>
      <w:r w:rsidR="001D3E8E">
        <w:t xml:space="preserve"> in June.</w:t>
      </w:r>
    </w:p>
    <w:p w14:paraId="5523EE1A" w14:textId="77777777" w:rsidR="002B377D" w:rsidRDefault="00000000">
      <w:pPr>
        <w:pStyle w:val="ListBullet"/>
      </w:pPr>
      <w:r>
        <w:t>MHS Gradfest donation of $250 approved.</w:t>
      </w:r>
    </w:p>
    <w:p w14:paraId="5E723D00" w14:textId="375CAE9E" w:rsidR="002B377D" w:rsidRDefault="00000000">
      <w:pPr>
        <w:pStyle w:val="ListBullet"/>
      </w:pPr>
      <w:r>
        <w:lastRenderedPageBreak/>
        <w:t xml:space="preserve">Meals for clergy at Summer Social – motion </w:t>
      </w:r>
      <w:r w:rsidR="001D3E8E">
        <w:t>to cost cover clergy meals was</w:t>
      </w:r>
      <w:r>
        <w:t xml:space="preserve"> approved</w:t>
      </w:r>
      <w:r w:rsidR="001D3E8E">
        <w:t xml:space="preserve"> (based on past years, estimated to be less than $100)</w:t>
      </w:r>
      <w:r>
        <w:t>.</w:t>
      </w:r>
    </w:p>
    <w:p w14:paraId="5F9B15DF" w14:textId="77777777" w:rsidR="002B377D" w:rsidRDefault="00000000" w:rsidP="001D3E8E">
      <w:pPr>
        <w:pStyle w:val="ListBullet"/>
        <w:spacing w:after="0"/>
      </w:pPr>
      <w:r>
        <w:t>Summer Social Planning Updates:</w:t>
      </w:r>
    </w:p>
    <w:p w14:paraId="5BA2E2ED" w14:textId="77777777" w:rsidR="002B377D" w:rsidRDefault="00000000" w:rsidP="001D3E8E">
      <w:pPr>
        <w:pStyle w:val="ListBullet2"/>
        <w:numPr>
          <w:ilvl w:val="0"/>
          <w:numId w:val="10"/>
        </w:numPr>
        <w:spacing w:after="0"/>
      </w:pPr>
      <w:r>
        <w:t>Chicken booth extraction – May 9 at 7:00 AM.</w:t>
      </w:r>
    </w:p>
    <w:p w14:paraId="12E892EA" w14:textId="2E52594B" w:rsidR="002B377D" w:rsidRDefault="00000000" w:rsidP="001D3E8E">
      <w:pPr>
        <w:pStyle w:val="ListBullet2"/>
        <w:numPr>
          <w:ilvl w:val="0"/>
          <w:numId w:val="10"/>
        </w:numPr>
      </w:pPr>
      <w:r>
        <w:t xml:space="preserve">Campus cleanup/trimming – May </w:t>
      </w:r>
      <w:r w:rsidR="001D3E8E">
        <w:t>30</w:t>
      </w:r>
      <w:r>
        <w:t xml:space="preserve"> at 7:00 AM.</w:t>
      </w:r>
    </w:p>
    <w:p w14:paraId="7F58D54C" w14:textId="64DCD007" w:rsidR="002B377D" w:rsidRDefault="00000000" w:rsidP="001D3E8E">
      <w:pPr>
        <w:pStyle w:val="ListBullet2"/>
        <w:numPr>
          <w:ilvl w:val="0"/>
          <w:numId w:val="10"/>
        </w:numPr>
      </w:pPr>
      <w:r>
        <w:t xml:space="preserve">Summer Social setup </w:t>
      </w:r>
      <w:r w:rsidR="001D3E8E">
        <w:t>is also</w:t>
      </w:r>
      <w:r>
        <w:t xml:space="preserve"> May 30.</w:t>
      </w:r>
    </w:p>
    <w:p w14:paraId="0DFBD0F4" w14:textId="1F31924E" w:rsidR="002B377D" w:rsidRDefault="001D3E8E" w:rsidP="001D3E8E">
      <w:pPr>
        <w:pStyle w:val="ListBullet2"/>
        <w:numPr>
          <w:ilvl w:val="0"/>
          <w:numId w:val="10"/>
        </w:numPr>
        <w:spacing w:after="0"/>
      </w:pPr>
      <w:r>
        <w:t>A</w:t>
      </w:r>
      <w:r w:rsidR="00000000">
        <w:t xml:space="preserve"> 3rd golf cart</w:t>
      </w:r>
      <w:r>
        <w:t xml:space="preserve"> to help with parking this year is </w:t>
      </w:r>
      <w:proofErr w:type="gramStart"/>
      <w:r>
        <w:t>being requested</w:t>
      </w:r>
      <w:proofErr w:type="gramEnd"/>
      <w:r w:rsidR="00000000">
        <w:t>.</w:t>
      </w:r>
    </w:p>
    <w:p w14:paraId="181EC2D7" w14:textId="77777777" w:rsidR="001D3E8E" w:rsidRDefault="001D3E8E" w:rsidP="001D3E8E">
      <w:pPr>
        <w:pStyle w:val="ListBullet2"/>
        <w:numPr>
          <w:ilvl w:val="0"/>
          <w:numId w:val="0"/>
        </w:numPr>
        <w:spacing w:after="0"/>
        <w:ind w:left="720"/>
      </w:pPr>
    </w:p>
    <w:p w14:paraId="60918658" w14:textId="79EC7DCA" w:rsidR="002B377D" w:rsidRDefault="001D3E8E" w:rsidP="001D3E8E">
      <w:pPr>
        <w:pStyle w:val="ListBullet2"/>
        <w:tabs>
          <w:tab w:val="clear" w:pos="720"/>
          <w:tab w:val="num" w:pos="360"/>
        </w:tabs>
        <w:spacing w:after="0"/>
        <w:ind w:left="360"/>
      </w:pPr>
      <w:r>
        <w:t>Ken stated we nee</w:t>
      </w:r>
      <w:r w:rsidR="00000000">
        <w:t>d new shirt vendor</w:t>
      </w:r>
      <w:r>
        <w:t>, as EI Sports is no longer interested.  Guest Mark Hackert stated St. Bens uses Regent Promotions.  Ken to follow up.</w:t>
      </w:r>
    </w:p>
    <w:p w14:paraId="49DBBE67" w14:textId="77777777" w:rsidR="002B377D" w:rsidRDefault="00000000" w:rsidP="001D3E8E">
      <w:pPr>
        <w:pStyle w:val="ListBullet2"/>
        <w:tabs>
          <w:tab w:val="clear" w:pos="720"/>
          <w:tab w:val="num" w:pos="360"/>
        </w:tabs>
        <w:ind w:left="360"/>
      </w:pPr>
      <w:r>
        <w:t>Bingo schedule discussed – June Sunday of the social and July Sunday the 5th.</w:t>
      </w:r>
    </w:p>
    <w:p w14:paraId="0E24467E" w14:textId="77777777" w:rsidR="002B377D" w:rsidRDefault="00000000">
      <w:pPr>
        <w:pStyle w:val="Heading2"/>
      </w:pPr>
      <w:r>
        <w:t>Additional Announcements</w:t>
      </w:r>
    </w:p>
    <w:p w14:paraId="20B117C8" w14:textId="586BAAA6" w:rsidR="002B377D" w:rsidRDefault="00000000">
      <w:pPr>
        <w:pStyle w:val="ListBullet"/>
      </w:pPr>
      <w:r>
        <w:t>Hunger Bowl organizer</w:t>
      </w:r>
      <w:r w:rsidR="001D3E8E">
        <w:t xml:space="preserve"> Mark Hackert</w:t>
      </w:r>
      <w:r>
        <w:t xml:space="preserve"> thanked the council for continued support.</w:t>
      </w:r>
    </w:p>
    <w:p w14:paraId="44EA1C7D" w14:textId="77777777" w:rsidR="002B377D" w:rsidRDefault="00000000">
      <w:pPr>
        <w:pStyle w:val="ListBullet"/>
      </w:pPr>
      <w:r>
        <w:t>Advision Screen Printing discussed as possible shirt vendor.</w:t>
      </w:r>
    </w:p>
    <w:p w14:paraId="6453B02A" w14:textId="6A8E7309" w:rsidR="002B377D" w:rsidRDefault="00000000">
      <w:pPr>
        <w:pStyle w:val="ListBullet"/>
      </w:pPr>
      <w:r>
        <w:t>Knights at the Otters scheduled for 8/6.</w:t>
      </w:r>
      <w:r w:rsidR="001D3E8E">
        <w:t xml:space="preserve"> (Same night as our August meeting)</w:t>
      </w:r>
    </w:p>
    <w:p w14:paraId="799A2368" w14:textId="2EAE1DA2" w:rsidR="002B377D" w:rsidRDefault="00000000">
      <w:pPr>
        <w:pStyle w:val="ListBullet"/>
      </w:pPr>
      <w:r>
        <w:t xml:space="preserve">Lake Last Cast </w:t>
      </w:r>
      <w:r w:rsidR="006E7073">
        <w:t xml:space="preserve">Special Needs Fishing Tournament </w:t>
      </w:r>
      <w:r>
        <w:t>in Boonville scheduled for May 16.</w:t>
      </w:r>
    </w:p>
    <w:p w14:paraId="1C38E3B1" w14:textId="77777777" w:rsidR="002B377D" w:rsidRDefault="00000000">
      <w:pPr>
        <w:pStyle w:val="Heading2"/>
      </w:pPr>
      <w:r>
        <w:t>GK Summary</w:t>
      </w:r>
    </w:p>
    <w:p w14:paraId="4D83B07A" w14:textId="77777777" w:rsidR="002B377D" w:rsidRDefault="00000000">
      <w:pPr>
        <w:pStyle w:val="ListBullet"/>
      </w:pPr>
      <w:r>
        <w:t>Recap of State Convention and message from Bishop Kevin Rhoades.</w:t>
      </w:r>
    </w:p>
    <w:p w14:paraId="5016147B" w14:textId="77777777" w:rsidR="002B377D" w:rsidRDefault="00000000">
      <w:pPr>
        <w:pStyle w:val="ListBullet"/>
      </w:pPr>
      <w:r>
        <w:t>Reminder: Summer Social setup scheduled for Saturday, May 30.</w:t>
      </w:r>
    </w:p>
    <w:p w14:paraId="56219386" w14:textId="77777777" w:rsidR="006E7073" w:rsidRDefault="006E7073">
      <w:pPr>
        <w:rPr>
          <w:b/>
          <w:bCs/>
        </w:rPr>
      </w:pPr>
    </w:p>
    <w:p w14:paraId="7A1C9C8E" w14:textId="738BD2C4" w:rsidR="002B377D" w:rsidRPr="006E7073" w:rsidRDefault="006E7073">
      <w:pPr>
        <w:rPr>
          <w:b/>
          <w:bCs/>
        </w:rPr>
      </w:pPr>
      <w:r w:rsidRPr="006E7073">
        <w:rPr>
          <w:b/>
          <w:bCs/>
        </w:rPr>
        <w:t>A volunteer is needed to be the food Chairperson for our June meeting.</w:t>
      </w:r>
    </w:p>
    <w:p w14:paraId="749E6F53" w14:textId="77777777" w:rsidR="006E7073" w:rsidRDefault="006E7073"/>
    <w:p w14:paraId="11CF1D23" w14:textId="77777777" w:rsidR="006E7073" w:rsidRDefault="006E7073"/>
    <w:p w14:paraId="36AEE6AD" w14:textId="7D21B950" w:rsidR="002B377D" w:rsidRDefault="00000000">
      <w:r>
        <w:t xml:space="preserve">Prepared from meeting agenda and </w:t>
      </w:r>
      <w:r w:rsidR="001D3E8E">
        <w:t>notes from Josh Hiesler. Thank you Josh!</w:t>
      </w:r>
    </w:p>
    <w:sectPr w:rsidR="002B377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598321B"/>
    <w:multiLevelType w:val="hybridMultilevel"/>
    <w:tmpl w:val="C40820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120322">
    <w:abstractNumId w:val="8"/>
  </w:num>
  <w:num w:numId="2" w16cid:durableId="1402024649">
    <w:abstractNumId w:val="6"/>
  </w:num>
  <w:num w:numId="3" w16cid:durableId="1526208757">
    <w:abstractNumId w:val="5"/>
  </w:num>
  <w:num w:numId="4" w16cid:durableId="2003043807">
    <w:abstractNumId w:val="4"/>
  </w:num>
  <w:num w:numId="5" w16cid:durableId="1540900644">
    <w:abstractNumId w:val="7"/>
  </w:num>
  <w:num w:numId="6" w16cid:durableId="1414862232">
    <w:abstractNumId w:val="3"/>
  </w:num>
  <w:num w:numId="7" w16cid:durableId="1645037105">
    <w:abstractNumId w:val="2"/>
  </w:num>
  <w:num w:numId="8" w16cid:durableId="466819779">
    <w:abstractNumId w:val="1"/>
  </w:num>
  <w:num w:numId="9" w16cid:durableId="1673527420">
    <w:abstractNumId w:val="0"/>
  </w:num>
  <w:num w:numId="10" w16cid:durableId="9065749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3E8E"/>
    <w:rsid w:val="0029639D"/>
    <w:rsid w:val="002B377D"/>
    <w:rsid w:val="00326F90"/>
    <w:rsid w:val="006E7073"/>
    <w:rsid w:val="00AA1D8D"/>
    <w:rsid w:val="00B47730"/>
    <w:rsid w:val="00CB0664"/>
    <w:rsid w:val="00F761FA"/>
    <w:rsid w:val="00F940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9222C7"/>
  <w14:defaultImageDpi w14:val="300"/>
  <w15:docId w15:val="{1044F3EB-6637-4CE0-B880-77D78099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424</Words>
  <Characters>2465</Characters>
  <Application>Microsoft Office Word</Application>
  <DocSecurity>0</DocSecurity>
  <Lines>68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Ken Smith</cp:lastModifiedBy>
  <cp:revision>2</cp:revision>
  <dcterms:created xsi:type="dcterms:W3CDTF">2026-05-18T11:17:00Z</dcterms:created>
  <dcterms:modified xsi:type="dcterms:W3CDTF">2026-05-18T11:17:00Z</dcterms:modified>
  <cp:category/>
</cp:coreProperties>
</file>